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rlito" w:hAnsi="Carlito" w:eastAsia="Carlito"/>
          <w:lang w:val="en-US"/>
        </w:rPr>
        <w:t>Business Proposal Template</w:t>
      </w:r>
    </w:p>
    <w:p>
      <w:pPr>
        <w:pStyle w:val="Subtitle"/>
      </w:pPr>
      <w:r>
        <w:rPr>
          <w:rFonts w:ascii="Carlito" w:hAnsi="Carlito" w:eastAsia="Carlito"/>
          <w:lang w:val="en-US"/>
        </w:rPr>
        <w:t>Fill in the brackets and delete any sections that do not apply.</w:t>
      </w:r>
    </w:p>
    <w:p/>
    <w:p>
      <w:r>
        <w:rPr>
          <w:rFonts w:ascii="Carlito" w:hAnsi="Carlito" w:eastAsia="Carlito"/>
          <w:b/>
          <w:sz w:val="24"/>
          <w:lang w:val="en-US"/>
        </w:rPr>
        <w:t>[Solution name] for [client company]</w:t>
      </w:r>
    </w:p>
    <w:p>
      <w:r>
        <w:rPr>
          <w:rFonts w:ascii="Carlito" w:hAnsi="Carlito" w:eastAsia="Carlito"/>
          <w:b/>
          <w:lang w:val="en-US"/>
        </w:rPr>
        <w:t>Supplier:</w:t>
      </w:r>
      <w:r>
        <w:rPr>
          <w:b w:val="0"/>
          <w:lang w:val="en-US"/>
        </w:rPr>
        <w:t xml:space="preserve"> [Company name and required business details].</w:t>
      </w:r>
    </w:p>
    <w:p>
      <w:r>
        <w:rPr>
          <w:rFonts w:ascii="Carlito" w:hAnsi="Carlito" w:eastAsia="Carlito"/>
          <w:b/>
          <w:lang w:val="en-US"/>
        </w:rPr>
        <w:t>Date and version:</w:t>
      </w:r>
      <w:r>
        <w:rPr>
          <w:b w:val="0"/>
          <w:lang w:val="en-US"/>
        </w:rPr>
        <w:t xml:space="preserve"> [Date and version number].</w:t>
      </w:r>
    </w:p>
    <w:p>
      <w:r>
        <w:rPr>
          <w:rFonts w:ascii="Carlito" w:hAnsi="Carlito" w:eastAsia="Carlito"/>
          <w:b/>
          <w:lang w:val="en-US"/>
        </w:rPr>
        <w:t>Contact:</w:t>
      </w:r>
      <w:r>
        <w:rPr>
          <w:b w:val="0"/>
          <w:lang w:val="en-US"/>
        </w:rPr>
        <w:t xml:space="preserve"> [Name, role, and contact details].</w:t>
      </w:r>
    </w:p>
    <w:p>
      <w:r>
        <w:rPr>
          <w:rFonts w:ascii="Carlito" w:hAnsi="Carlito" w:eastAsia="Carlito"/>
          <w:b/>
          <w:lang w:val="en-US"/>
        </w:rPr>
        <w:t>Valid until:</w:t>
      </w:r>
      <w:r>
        <w:rPr>
          <w:b w:val="0"/>
          <w:lang w:val="en-US"/>
        </w:rPr>
        <w:t xml:space="preserve"> [Date, or an explanation of when reconfirmation is required].</w:t>
      </w:r>
    </w:p>
    <w:p>
      <w:pPr>
        <w:pStyle w:val="Heading2"/>
      </w:pPr>
      <w:r>
        <w:rPr>
          <w:rFonts w:ascii="Carlito" w:hAnsi="Carlito" w:eastAsia="Carlito"/>
          <w:lang w:val="en-US"/>
        </w:rPr>
        <w:t>Your task</w:t>
      </w:r>
    </w:p>
    <w:p>
      <w:r>
        <w:rPr>
          <w:rFonts w:ascii="Carlito" w:hAnsi="Carlito" w:eastAsia="Carlito"/>
          <w:lang w:val="en-US"/>
        </w:rPr>
        <w:t>[Two or three sentences about the situation, desired result, and an important constraint. Use confirmed information from your discussions.]</w:t>
      </w:r>
    </w:p>
    <w:p>
      <w:pPr>
        <w:pStyle w:val="Heading2"/>
      </w:pPr>
      <w:r>
        <w:rPr>
          <w:rFonts w:ascii="Carlito" w:hAnsi="Carlito" w:eastAsia="Carlito"/>
          <w:lang w:val="en-US"/>
        </w:rPr>
        <w:t>Our proposed solution</w:t>
      </w:r>
    </w:p>
    <w:p>
      <w:r>
        <w:rPr>
          <w:rFonts w:ascii="Carlito" w:hAnsi="Carlito" w:eastAsia="Carlito"/>
          <w:lang w:val="en-US"/>
        </w:rPr>
        <w:t>We propose [specific work]. You will receive [verifiable deliverables]. The solution covers [scope, quantity, territory, language, or other boundary].</w:t>
      </w:r>
    </w:p>
    <w:p>
      <w:pPr>
        <w:pStyle w:val="Heading2"/>
      </w:pPr>
      <w:r>
        <w:rPr>
          <w:rFonts w:ascii="Carlito" w:hAnsi="Carlito" w:eastAsia="Carlito"/>
          <w:lang w:val="en-US"/>
        </w:rPr>
        <w:t>Scope and price breakdown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en-US"/>
              </w:rPr>
              <w:t>Work or item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en-US"/>
              </w:rPr>
              <w:t>Deliverable or specification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en-US"/>
              </w:rPr>
              <w:t>Quantity and unit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en-US"/>
              </w:rPr>
              <w:t>Unit price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en-US"/>
              </w:rPr>
              <w:t>Amount</w:t>
            </w:r>
          </w:p>
        </w:tc>
      </w:tr>
      <w:tr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[Item]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[What the client receives]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[Quantity]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[Price and currency]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[Calculation]</w:t>
            </w:r>
          </w:p>
        </w:tc>
      </w:tr>
      <w:tr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[Next item]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[Deliverable]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[Quantity]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[Price and currency]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en-US"/>
              </w:rPr>
              <w:t>[Calculation]</w:t>
            </w:r>
          </w:p>
        </w:tc>
      </w:tr>
    </w:tbl>
    <w:p>
      <w:pPr>
        <w:spacing w:before="100"/>
      </w:pPr>
      <w:r>
        <w:rPr>
          <w:rFonts w:ascii="Carlito" w:hAnsi="Carlito" w:eastAsia="Carlito"/>
          <w:b/>
          <w:lang w:val="en-US"/>
        </w:rPr>
        <w:t>Total price:</w:t>
      </w:r>
      <w:r>
        <w:rPr>
          <w:b w:val="0"/>
          <w:lang w:val="en-US"/>
        </w:rPr>
        <w:t xml:space="preserve"> [Amount and currency].</w:t>
      </w:r>
    </w:p>
    <w:p>
      <w:pPr>
        <w:spacing w:before="100"/>
      </w:pPr>
      <w:r>
        <w:rPr>
          <w:rFonts w:ascii="Carlito" w:hAnsi="Carlito" w:eastAsia="Carlito"/>
          <w:b/>
          <w:lang w:val="en-US"/>
        </w:rPr>
        <w:t>Taxes and other charges:</w:t>
      </w:r>
      <w:r>
        <w:rPr>
          <w:b w:val="0"/>
          <w:lang w:val="en-US"/>
        </w:rPr>
        <w:t xml:space="preserve"> [A clear explanation appropriate to your circumstances].</w:t>
      </w:r>
    </w:p>
    <w:p>
      <w:pPr>
        <w:spacing w:before="100"/>
      </w:pPr>
      <w:r>
        <w:rPr>
          <w:rFonts w:ascii="Carlito" w:hAnsi="Carlito" w:eastAsia="Carlito"/>
          <w:b/>
          <w:lang w:val="en-US"/>
        </w:rPr>
        <w:t>Separate costs:</w:t>
      </w:r>
      <w:r>
        <w:rPr>
          <w:b w:val="0"/>
          <w:lang w:val="en-US"/>
        </w:rPr>
        <w:t xml:space="preserve"> [What the client pays additionally, to whom, and when; or confirmation that no additional costs apply to the stated scope].</w:t>
      </w:r>
    </w:p>
    <w:p>
      <w:pPr>
        <w:pStyle w:val="Heading2"/>
      </w:pPr>
      <w:r>
        <w:rPr>
          <w:rFonts w:ascii="Carlito" w:hAnsi="Carlito" w:eastAsia="Carlito"/>
          <w:lang w:val="en-US"/>
        </w:rPr>
        <w:t>Timeline and process</w:t>
      </w:r>
    </w:p>
    <w:p>
      <w:r>
        <w:rPr>
          <w:rFonts w:ascii="Carlito" w:hAnsi="Carlito" w:eastAsia="Carlito"/>
          <w:lang w:val="en-US"/>
        </w:rPr>
        <w:t>Work begins once [start conditions]. Delivery takes [working or calendar days/weeks]. The main stages are [stage and deliverable] and [stage and deliverable]. Allow [time] for approvals by [responsible party].</w:t>
      </w:r>
    </w:p>
    <w:p>
      <w:pPr>
        <w:pStyle w:val="Heading2"/>
      </w:pPr>
      <w:r>
        <w:rPr>
          <w:rFonts w:ascii="Carlito" w:hAnsi="Carlito" w:eastAsia="Carlito"/>
          <w:lang w:val="en-US"/>
        </w:rPr>
        <w:t>Payment</w:t>
      </w:r>
    </w:p>
    <w:p>
      <w:r>
        <w:rPr>
          <w:rFonts w:ascii="Carlito" w:hAnsi="Carlito" w:eastAsia="Carlito"/>
          <w:lang w:val="en-US"/>
        </w:rPr>
        <w:t>[Amount or percentage] is due [trigger and payment deadline].</w:t>
      </w:r>
    </w:p>
    <w:p>
      <w:r>
        <w:rPr>
          <w:rFonts w:ascii="Carlito" w:hAnsi="Carlito" w:eastAsia="Carlito"/>
          <w:lang w:val="en-US"/>
        </w:rPr>
        <w:t>[Amount or percentage] is due [trigger and payment deadline].</w:t>
      </w:r>
    </w:p>
    <w:p>
      <w:r>
        <w:rPr>
          <w:rFonts w:ascii="Carlito" w:hAnsi="Carlito" w:eastAsia="Carlito"/>
          <w:lang w:val="en-US"/>
        </w:rPr>
        <w:t>The installments must add up to the total price.</w:t>
      </w:r>
    </w:p>
    <w:p>
      <w:pPr>
        <w:pStyle w:val="Heading2"/>
      </w:pPr>
      <w:r>
        <w:rPr>
          <w:rFonts w:ascii="Carlito" w:hAnsi="Carlito" w:eastAsia="Carlito"/>
          <w:lang w:val="en-US"/>
        </w:rPr>
        <w:t>What we need from you</w:t>
      </w:r>
    </w:p>
    <w:p>
      <w:r>
        <w:rPr>
          <w:rFonts w:ascii="Carlito" w:hAnsi="Carlito" w:eastAsia="Carlito"/>
          <w:lang w:val="en-US"/>
        </w:rPr>
        <w:t>[Materials, access, approvals, site readiness, and a designated contact. Include deadlines where they affect the schedule.]</w:t>
      </w:r>
    </w:p>
    <w:p>
      <w:pPr>
        <w:pStyle w:val="Heading2"/>
      </w:pPr>
      <w:r>
        <w:rPr>
          <w:rFonts w:ascii="Carlito" w:hAnsi="Carlito" w:eastAsia="Carlito"/>
          <w:lang w:val="en-US"/>
        </w:rPr>
        <w:t>Revisions and additional work</w:t>
      </w:r>
    </w:p>
    <w:p>
      <w:r>
        <w:rPr>
          <w:rFonts w:ascii="Carlito" w:hAnsi="Carlito" w:eastAsia="Carlito"/>
          <w:lang w:val="en-US"/>
        </w:rPr>
        <w:t>The price includes [defined revision allowance]. Changes outside the agreed scope will be estimated and submitted for approval, including their effect on the timeline, before work proceeds.</w:t>
      </w:r>
    </w:p>
    <w:p>
      <w:pPr>
        <w:pStyle w:val="Heading2"/>
      </w:pPr>
      <w:r>
        <w:rPr>
          <w:rFonts w:ascii="Carlito" w:hAnsi="Carlito" w:eastAsia="Carlito"/>
          <w:lang w:val="en-US"/>
        </w:rPr>
        <w:t>Exclusions</w:t>
      </w:r>
    </w:p>
    <w:p>
      <w:r>
        <w:rPr>
          <w:rFonts w:ascii="Carlito" w:hAnsi="Carlito" w:eastAsia="Carlito"/>
          <w:lang w:val="en-US"/>
        </w:rPr>
        <w:t>[Work and costs the client might expect but that are not included in this estimate.]</w:t>
      </w:r>
    </w:p>
    <w:p>
      <w:pPr>
        <w:pStyle w:val="Heading2"/>
      </w:pPr>
      <w:r>
        <w:rPr>
          <w:rFonts w:ascii="Carlito" w:hAnsi="Carlito" w:eastAsia="Carlito"/>
          <w:lang w:val="en-US"/>
        </w:rPr>
        <w:t>Acceptance and handover</w:t>
      </w:r>
    </w:p>
    <w:p>
      <w:r>
        <w:rPr>
          <w:rFonts w:ascii="Carlito" w:hAnsi="Carlito" w:eastAsia="Carlito"/>
          <w:lang w:val="en-US"/>
        </w:rPr>
        <w:t>[Completion criteria, handover format, checks, and approval process. State any support arrangements separately.]</w:t>
      </w:r>
    </w:p>
    <w:p>
      <w:pPr>
        <w:pStyle w:val="Heading2"/>
      </w:pPr>
      <w:r>
        <w:rPr>
          <w:rFonts w:ascii="Carlito" w:hAnsi="Carlito" w:eastAsia="Carlito"/>
          <w:lang w:val="en-US"/>
        </w:rPr>
        <w:t>Relevant experience</w:t>
      </w:r>
    </w:p>
    <w:p>
      <w:r>
        <w:rPr>
          <w:rFonts w:ascii="Carlito" w:hAnsi="Carlito" w:eastAsia="Carlito"/>
          <w:lang w:val="en-US"/>
        </w:rPr>
        <w:t>[One relevant example, case-study link, or short explanation of applicable experience. Use verified facts only.]</w:t>
      </w:r>
    </w:p>
    <w:p>
      <w:pPr>
        <w:pStyle w:val="Heading2"/>
      </w:pPr>
      <w:r>
        <w:rPr>
          <w:rFonts w:ascii="Carlito" w:hAnsi="Carlito" w:eastAsia="Carlito"/>
          <w:lang w:val="en-US"/>
        </w:rPr>
        <w:t>Next step</w:t>
      </w:r>
    </w:p>
    <w:p>
      <w:r>
        <w:rPr>
          <w:rFonts w:ascii="Carlito" w:hAnsi="Carlito" w:eastAsia="Carlito"/>
          <w:lang w:val="en-US"/>
        </w:rPr>
        <w:t>We suggest [one specific action]. Contact [person and contact details] to [decision to be agreed].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1134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6A6F77"/>
        <w:sz w:val="15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Carlito" w:hAnsi="Carlito" w:eastAsia="Carlito"/>
      <w:i w:val="0"/>
      <w:color w:val="191E23"/>
      <w:sz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i w:val="0"/>
      <w:color w:val="191E23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rlito" w:hAnsi="Carlito" w:eastAsia="Carlito"/>
      <w:b/>
      <w:i w:val="0"/>
      <w:color w:val="191E23"/>
      <w:spacing w:val="5"/>
      <w:kern w:val="28"/>
      <w:sz w:val="44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 w:eastAsia="Carlito"/>
      <w:i w:val="0"/>
      <w:iCs/>
      <w:color w:val="4E545A"/>
      <w:spacing w:val="15"/>
      <w:sz w:val="18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US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US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US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US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US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US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US"/>
      </w:rPr>
    </w:tblStylePr>
    <w:tblStylePr w:type="lastCol">
      <w:rPr>
        <w:rFonts w:asciiTheme="majorHAnsi" w:eastAsiaTheme="majorEastAsia" w:hAnsiTheme="majorHAnsi" w:cstheme="majorBidi"/>
        <w:b/>
        <w:bCs/>
        <w:lang w:val="en-US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en-US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lang w:val="en-US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US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lang w:val="en-US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US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U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lang w:val="en-US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US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lang w:val="en-US"/>
      </w:rPr>
    </w:tblStylePr>
    <w:tblStylePr w:type="lastRow">
      <w:rPr>
        <w:b/>
        <w:bCs/>
        <w:lang w:val="en-US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lang w:val="en-US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lang w:val="en-US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lang w:val="en-US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lang w:val="en-US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US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lang w:val="en-U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lang w:val="en-US"/>
      </w:rPr>
    </w:tblStylePr>
    <w:tblStylePr w:type="nwCell">
      <w:rPr>
        <w:color w:val="000000" w:themeColor="text1"/>
        <w:lang w:val="en-US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lang w:val="en-US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lang w:val="en-US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US"/>
      </w:rPr>
    </w:tblStylePr>
    <w:tblStylePr w:type="lastCol">
      <w:rPr>
        <w:b/>
        <w:bCs/>
        <w:lang w:val="en-US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lang w:val="en-US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lang w:val="en-US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lang w:val="en-US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lang w:val="en-US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lang w:val="en-US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lang w:val="en-US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lang w:val="en-US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lang w:val="en-US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lang w:val="en-US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lang w:val="en-US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 Template</dc:title>
  <dc:subject/>
  <dc:creator>if.team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